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תחי הדמוקרטיה: שיעור שירה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של כתיבת השיר ואת הקשרו לבחירות בבריטניה ב-1945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ולהסביר אמצעים אמנותיים מרכזיים בשיר (אנפורה, האנשה, הפלגה, פרדוקס)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ערכים דמוקרטיים לבין מאפייני 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בהשראת תבנית השיר תוך שימוש בשפה מכבדת ולא פוליטית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רקע היסטורי: קיץ 1945 ו'הטור השביעי'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 1945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קלמנט אטלי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רקע היסטורי: קיץ 1945 ו'הטור השביעי'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הפסיד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רקע היסטורי: קיץ 1945 ו'הטור השביעי' – הבנה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הנהיג את בריטניה לניצחון במלחמה, ולמרות זאת העם בחר להחליף אותו בבחירות חופשיות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קריאה צמודה: אוצר מילים ואמצעים אמנותיים בשיר – הבנת 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שלועגים ומזלזלים במישהו)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(מביישת, גורמת לבושה)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(בגלוי, מול כולם)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צמודה: אוצר מילים ואמצעים אמנותיים בשיר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האנשה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צמודה: אוצר מילים ואמצעים אמנותיים בשיר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שההנהגה יכולה וצריכה להשתנות בהתאם למה שהזמן והמצב דורשים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True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מיון והשוואה: דמוקרטיה מול משטר טוטליטרי – התאמת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(דמוקרטיה)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(משטר טוטליטרי)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(דמוקרטיה)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(משטר טוטליטרי)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מיון והשוואה: דמוקרטיה מול משטר טוטליטרי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מתחלף בשלום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תעמולה ומידע מבוקר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מיון והשוואה: דמוקרטיה מול משטר טוטליטרי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תציין שחופש הביקורת מאפשר לזהות טעויות ולתקן אותן, לשפר את השלטון, ולמנוע מצב של דיכוי - בניגוד למשטר שבו מבקרים מושתקים ונרדפים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משחקי תרגול: התאמה, סדר רעיונות וחידון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(טענו בגאווה למשהו שאין 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(שאי אפשר להכניע)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(נחלש ונעלם)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משחקי תרגול: התאמה, סדר רעיונות וחידון – סדר הרעיונות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קריאות הלל לדמוקרטיה, שמביישת את מי שלעגו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כוחה של הדמוקרטיה: היא מחליפה מנהיגים בגלוי, לפי צורכי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 הדעה – רוח שאי אפשר לכבוש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משחקי תרגול: התאמה, סדר רעיונות וחידון – זיהוי אמצעים וחידון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משחקי תרגול: התאמה, סדר רעיונות וחידון – נכון/לא נכון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בשיר הדמוקרטיה דווקא מוצגת כחזקה, כמי שעמדה במבחן ומביישת את מלעיגיה.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משימות יצירה: בית משלי, מכתב וכרזה – הכרת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תיאור דבר מופשט כאילו הוא אדם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משימות יצירה: בית משלי, מכתב וכרזה – הכרת התבנית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השיר פותח כמה שורות במילה תחי, כמו קריאת הלל לדמוקרטיה.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המשימה מציינת חריזה כתוספת רצויה, לא הכרחית.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משימות יצירה: בית משלי, מכתב וכרזה – השלמת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משימות יצירה: בית משלי, מכתב וכרזה – התאמת ערך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(מטה אוזן לכל 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(מחלקת לכולם מקום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(פותחת דלתות לשאלות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(ממתינה בשקט לתשובה)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שיח מכבד: גלגל השיח וסיכום ערכים – זיהוי ערכי הדמוקרטיה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בהשוואה בין דמוקרטיה למשטר טוטליטרי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במשטר טוטליטרי המבקרים מושתקים ונרדפים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מתפעל מעצם האפשרות להחליף שלטון בפתק, לא ממי ניצח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שיח מכבד: גלגל השיח וסיכום ערכים – מיון התנהגויות בשיח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(שיח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(שיח לא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(שיח מכבד)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(שיח לא מכבד)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שיח מכבד: גלגל השיח וסיכום ערכים – כתיבה ומחשבה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את סיום המלחמה, לעג המשטרים הטוטליטריים לדמוקרטיה, והפסד צ'רצ'יל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תציין שניים מתוך: אנפורה, האנשה, הפלגה, פרדוקס, חריזה – עם דוגמה קצרה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תבחין נכון בין המונחים בעזרת הטבלה והדוגמאות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לפרוש את החוברת על פני 2-3 שיעורים: שיעור ראשון לרקע וקריאה צמודה, שיעור שני למשחקים ולמיון הערכים, שיעור שלישי למשימות היצירה ולשיח המכבד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ח׳ מומלץ להתמקד בפרקים 1-4 ולפשט את משימת הכתיבה בפרק 5; לתלמידי י׳-י״ב ניתן להוסיף דיון מעמיק יותר בפרדוקס ובזיקה לבחירות בכלל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שיעור בתזכורת לכלל השיחה: מדברים על איך בוחרים, לא על במי – ולחזור על כך גם לפני פרק 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משחקי ההתאמה והמיון, ולבצע את משימת הכתיבה בפרק 5 באופן אישי ולשתף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תחי הדמוקרטיה: שיעור שירה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תוכן השיעור על השיר 'תחי הדמוקרטיה' – מהרקע ההיסטורי, דרך קריאה צמודה ומשחקים, ועד כתיבה יצירתית משלכם. עברו על הפרקים לפי הסדר, והיעזרו בתיבת המושגים בכל פעם שנתקלים במילה לא מוכרת. זכרו: מדברים כאן על איך בוחרים, לא על במי בוחרים.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מילה  ·  הפסיד  ·  מאי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רקע היסטורי: קיץ 1945 ו'הטור השביעי'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הסתיימה מלחמת העולם השנייה באירופה, לפי הרקע ההיסטורי?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יולי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אוגוסט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מדינה נערכו הבחירות שמוזכרות ברקע לשיר?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ניצח בבחירות בבריטניה ב-1945?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וינסטון צ'רצ'יל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קלמנט אטלי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פרנקלין רוזוולט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רקע היסטורי: קיץ 1945 ו'הטור השביעי'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גרמניה הנאצית נכנעה ב-__________ 1945.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וינסטון צ'רצ'יל, שהנהיג את בריטניה לניצחון במלחמה, __________ בבחירות של 1945.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רקע היסטורי: קיץ 1945 ו'הטור השביעי' – הבנה והסקת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הופתעו רבים מהפסדו של צ'רצ'יל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קריאה צמודה: אוצר מילים ואמצעים אמנותיים בשיר – הבנת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מַלְעִיגִים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חזקה ונחושה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מַכְלִימָה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בגלוי, מול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מביישת, גורמת לבושה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לְעֵין הַכֹּל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שלועגים ומזלזלים במישהו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קריאה צמודה: אוצר מילים ואמצעים אמנותיים בשיר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כשהמילה "תְּחִי" חוזרת בתחילת כמה שורות ברצף, זהו אמצעי אמנותי שנקרא: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פרדוקס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כשהדמוקרטיה מתוארת בשיר כמי שמכלימה, תקיפה ומחליפה מנהיגים, כלומר כמו אישה פועלת, זהו אמצעי שנקרא: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פרדוקס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חריזה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קריאה צמודה: אוצר מילים ואמצעים אמנותיים בשיר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הכוונה בביטוי "כְּצֹרֶךְ הַתְּקוּפוֹת".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קבעו אם נכון או לא נכון: החריזה בין "תַּקִּיפוֹת" ל"תְּקוּפוֹת" מחברת בין הרעיון של כוח לבין הרעיון של שינוי בזמן.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מיון והשוואה: דמוקרטיה מול משטר טוטליטרי – התאמת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האזרחים בוחרים בבחירות חופשיות וחשאיות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משטר טוטליטרי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אין בחירות אמיתיות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דמוקרטיה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השלטון מתחלף בשלום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משטר טוטליטרי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אותו שליט נשאר בשלטון לתמיד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דמוקרטיה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מיון והשוואה: דמוקרטיה מול משטר טוטליטרי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הטבלה באתר, מה קורה לשלטון בדמוקרטיה כשהוא מפסיד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מתחלף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נשאר בכוח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נאסר על ידי בית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את העיתונות במשטר טוטליטרי, לפי הטבלה?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עיתונות חופשית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תעמולה ומידע מבוקר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עיתונות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מיון והשוואה: דמוקרטיה מול משטר טוטליטרי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שלכם: למה חופש הביקורת (האפשרות לבקר את השלטון) חשוב לדמוקרטיה?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משחקי תרגול: התאמה, סדר רעיונות וחידון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שאי אפשר להכניע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הִתְיַמְּרוּ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נחלש ונעלם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בִּלְתִּי נִכְבֶּשֶׁת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טענו בגאווה למשהו שאין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גָּוַע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חזקה ונחושה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משחקי תרגול: התאמה, סדר רעיונות וחידון – סדר הרעיונות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חופש הדעה – רוח שאי אפשר לכבוש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קריאות הלל לדמוקרטיה, שמביישת את מי שלעגו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כוחה של הדמוקרטיה: היא מחליפה מנהיגים בגלוי, לפי צורכי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משחקי תרגול: התאמה, סדר רעיונות וחידון – זיהוי אמצעים וחידון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אמצעי אמנותי משתמש אלתרמן כשהוא פותח שלוש שורות ברצף במילה 'תְּחִי'?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הפתעה בסיום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משחקי תרגול: התאמה, סדר רעיונות וחידון – נכון/לא נכון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הדמוקרטיה מתוארת כחלשה וחסרת יכולת לעמוד במשברים.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משימות יצירה: בית משלי, מכתב וכרזה – הכרת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שם האמצעי האמנותי שבו חוזרת אותה מילה בתחילת כמה שורות רצופות?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האנשה?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דבר מופשט כאילו הוא אדם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 על צליל בסוף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השוואה בין שני דברים דומים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משימות יצירה: בית משלי, מכתב וכרזה – הכרת התבנית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 הראשון של השיר, המילה החוזרת בתחילת השורות היא 'תחי'.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בתבנית הכתיבה של המשימה, אפשר (אך לא חובה) להוסיף גם חריזה לבית.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משימות יצירה: בית משלי, מכתב וכרזה – השלמת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ליצור אנפורה בבית שלי, אני צריך/ה לפתוח כמה שורות באותה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משימות יצירה: בית משלי, מכתב וכרזה – התאמת ערך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ממתינה בשקט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פותחת דלתות לשאלות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מחלקת לכולם מקום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מטה אוזן לכל 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שיח מכבד: גלגל השיח וסיכום ערכים – זיהוי ערכי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בדמוקרטיה השלטון מתחלף בבחירות חופשיות וחשאיות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במשטר טוטליטרי מותר לבקר את השלטון בחופשיות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של אלתרמן עוסק בשאלה מי צריך לנצח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שיח מכבד: גלגל השיח וסיכום ערכים – מיון התנהגויות בשיח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להקשיב עד הסוף לפני שעונים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 לא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לצעוק כדי להשתיק את הצד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שיח לא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לשאול שאלה כדי להבין את הטיעון של האחר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שיח מכבד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לכנות מי שחולק עליי בכינויי גנאי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 מכבד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שיח מכבד: גלגל השיח וסיכום ערכים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מדוע השיר נכתב דווקא בקיץ 1945, ומה היה האירוע שהשראה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לזהות לפחות שני אמצעים אמנותיים בבית הראשון ולהסביר את תפקידם?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תחי הדמוקרטיה: שיעור שירה לקראת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