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תחי הדמוקרטיה: שיעור שירה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של כתיבת השיר ואת הקשרו לבחירות בבריטניה ב-1945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אמנותיים מרכזיים בשיר (אנפורה, האנשה, הפלגה, פרדוקס)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ערכים דמוקרטיים לבין מאפייני 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תבנית השיר תוך שימוש בשפה מכבדת ולא פוליטית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רקע היסטורי: קיץ 1945 ו'הטור השביעי'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 1945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קלמנט אטלי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הטור השביעי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רקע היסטורי: קיץ 1945 ו'הטור השביעי'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הפסיד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5. 1943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רקע היסטורי: קיץ 1945 ו'הטור השביעי' – הבנה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הנהיג את בריטניה לניצחון במלחמה, ולמרות זאת העם בחר להחליף אותו בבחירות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שבדמוקרטיה השלטון יכול להתחלף בלי אלימות או מהפכה, רק באמצעות פתקי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לציין שהאירוע היה טרי וחשוב כדוגמה להחלפת שלטון שקטה ודמוקרטית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יש לקשר בין ניצחון המדינות הדמוקרטיות על המשטרים הטוטליטריים לבין ההערצה לדמוקרטיה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קריאה צמודה: אוצר מילים ואמצעים אמנותיים בשיר – הבנת 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שלועגים ומזלזלים במישהו)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(מביישת, גורמת לבושה)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(בגלוי, מול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(לפי מה שהזמנים דורשים)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צמודה: אוצר מילים ואמצעים אמנותיים בשיר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צורת הפלגה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פרדוקס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צמודה: אוצר מילים ואמצעים אמנותיים בשיר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שההנהגה יכולה וצריכה להשתנות בהתאם למה שהזמן והמצב דורשים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True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False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ההאנשה הופכת רעיון מופשט לדמות חיה וקרובה, כך קל יותר להזדהות ולהריע לה כמו לגיבורה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פתוחה הכוללת שם אמצעי, דוגמה מהבית והסבר כיצד הוא מחזק את ההתפעלות מהדמוקרטיה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מיון והשוואה: דמוקרטיה מול משטר טוטליטרי – התאמת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(דמוקרטיה)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(משטר טוטליטרי)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(דמוקרטיה)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(משטר טוטליטרי)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(משטר טוטליטרי)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(דמוקרטיה)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מיון והשוואה: דמוקרטיה מול משטר טוטליטרי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מתחלף בשלום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תעמולה ומידע מבוקר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האדם משרת את 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מותר לבקר ולהביע דעה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שלטון מתחלף בשלום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מיון והשוואה: דמוקרטיה מול משטר טוטליטרי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תציין שחופש הביקורת מאפשר לזהות טעויות ולתקן אותן, לשפר את השלטון, ולמנוע מצב של דיכוי - בניגוד למשטר שבו מבקרים מושתקים ונרדפים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תקשר בין רעיון מהשיר, למשל החלפת מנהיגים בגלוי או חופש הדעה, לבין אחד הערכים בטבלה, עם הסבר קצר מנומק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תקין הכולל שני צדי ההשוואה מהטבלה ומילת הקישור, למשל: בדמוקרטיה השלטון מתחלף בשלום, לעומת זאת במשטר טוטליטרי אותו שליט נשאר לתמיד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משחקי תרגול: התאמה, סדר רעיונות וחידון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(טענו בגאווה למשהו שאין 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(שאי אפשר להכניע)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(נחלש ונעלם)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 תרגול: התאמה, סדר רעיונות וחידון – סדר הרעיונות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קריאות הלל לדמוקרטיה, שמביישת את מי שלעגו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כוחה של הדמוקרטיה: היא מחליפה מנהיגים בגלוי, לפי צורכי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 הדעה – רוח שאי אפשר לכבוש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המשטרים ששאפו להשתלט על העולם קיבלו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הבוחרים אמרו את דברם בעוצמה, וההד עוד נשמע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העם חושב בעצמו – ולכן יש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 תרגול: התאמה, סדר רעיונות וחידון – זיהוי אמצעים וחידון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צורת הפלגה (הגזמה לשם הדגשה)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משחקי תרגול: התאמה, סדר רעיונות וחידון – נכון/לא נכון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בשיר הדמוקרטיה דווקא מוצגת כחזקה, כמי שעמדה במבחן ומביישת את מלעיגיה.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משימות יצירה: בית משלי, מכתב וכרזה – הכרת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תיאור דבר מופשט כאילו הוא אדם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משימות יצירה: בית משלי, מכתב וכרזה – הכרת התבנית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השיר פותח כמה שורות במילה תחי, כמו קריאת הלל לדמוקרטיה.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המשימה מציינת חריזה כתוספת רצויה, לא הכרחית.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משימות יצירה: בית משלי, מכתב וכרזה – השלמת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משימות יצירה: בית משלי, מכתב וכרזה – התאמת ערך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(מטה אוזן לכל 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(מחלקת לכולם מקום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(פותחת דלתות לשאלות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(ממתינה בשקט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(נושאת על כתפיה את התוצאה)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שיח מכבד: גלגל השיח וסיכום ערכים – זיהוי ערכי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בהשוואה בין דמוקרטיה למשטר טוטליטרי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במשטר טוטליטרי המבקרים מושתקים ונרדפים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מתפעל מעצם האפשרות להחליף שלטון בפתק, לא ממי ניצח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הערכים המרכזיים שהשיעור מדגיש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שיח מכבד אפשרי גם כשנשארים חילוקי דעות, אם מקשיבים ומכבדים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שיח מכבד: גלגל השיח וסיכום ערכים – מיון התנהגויות בשיח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(שיח לא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(שיח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(שיח לא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(שיח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(שיח לא מכבד)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שיח מכבד: גלגל השיח וסיכום ערכים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המחלוקת והצעה מעשית כמו הקשבה, שאלות מבררות, ויתור על כינויים פוגעניים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שחושב בעצמו ולא מונע על ידי אחרים מסוגל לשקול טיעונים, להקשיב ולשנות דעה בלי לאבד את עצמאות המחשבה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שאלות פתוחות שאינן שיפוטיות ומזמינות הסבר, למשל 'מה גרם לך לחשוב כך' או 'איך היית מרגיש במקומו'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את סיום המלחמה, לעג המשטרים הטוטליטריים לדמוקרטיה, והפסד צ'רצ'יל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תציין שניים מתוך: אנפורה, האנשה, הפלגה, פרדוקס, חריזה – עם דוגמה קצרה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תבחין נכון בין המונחים בעזרת הטבלה והדוגמאות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לפרוש את החוברת על פני 2-3 שיעורים: שיעור ראשון לרקע וקריאה צמודה, שיעור שני למשחקים ולמיון הערכים, שיעור שלישי למשימות היצירה ולשיח המכבד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ח׳ מומלץ להתמקד בפרקים 1-4 ולפשט את משימת הכתיבה בפרק 5; לתלמידי י׳-י״ב ניתן להוסיף דיון מעמיק יותר בפרדוקס ובזיקה לבחירות בכלל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שיעור בתזכורת לכלל השיחה: מדברים על איך בוחרים, לא על במי – ולחזור על כך גם לפני פרק 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משחקי ההתאמה והמיון, ולבצע את משימת הכתיבה בפרק 5 באופן אישי ולשתף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תחי הדמוקרטיה: שיעור שירה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תוכן השיעור על השיר 'תחי הדמוקרטיה' – מהרקע ההיסטורי, דרך קריאה צמודה ומשחקים, ועד כתיבה יצירתית משלכם. עברו על הפרקים לפי הסדר, והיעזרו בתיבת המושגים בכל פעם שנתקלים במילה לא מוכרת. זכרו: מדברים כאן על איך בוחרים, לא על במי בוחרים.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רקע היסטורי: קיץ 1945 ו'הטור השביעי'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הסתיימה מלחמת העולם השנייה באירופה, לפי הרקע ההיסטורי?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יולי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אוגוסט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ספטמבר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מדינה נערכו הבחירות שמוזכרות ברקע לשיר?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ניצח בבחירות בבריטניה ב-1945?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וינסטון צ'רצ'יל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קלמנט אטלי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פרנקלין רוזוולט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יוסף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 מדור השירים השבועי של נתן אלתרמן בעיתון 'דבר'?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הטור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הטור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הדף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השיר השבועי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רקע היסטורי: קיץ 1945 ו'הטור השביעי'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גרמניה הנאצית נכנעה ב-__________ 1945.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וינסטון צ'רצ'יל, שהנהיג את בריטניה לניצחון במלחמה, __________ בבחירות של 1945.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תוצאות הבחירות בבריטניה פורסמו ב-26 ב__________ 1945.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'תחי הדמוקרטיה' נכתב יום __________ אחרי פרסום תוצאות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מדור 'הטור השביעי' החל להתפרסם משנת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רקע היסטורי: קיץ 1945 ו'הטור השביעי' – הבנה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הופתעו רבים מהפסדו של צ'רצ'יל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מראה המעבר השקט של השלטון מצ'רצ'יל לאטלי על אופי המשטר הדמוקרטי?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מדוע, לדעתכם, בחר אלתרמן לכתוב את השיר דווקא יום אחרי פרסום תוצאות הבחירות בבריטניה?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כיצד הרקע ההיסטורי (סוף המלחמה וניצחון הדמוקרטיות) יכול להסביר את ההתלהבות שבשיר.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קריאה צמודה: אוצר מילים ואמצעים אמנותיים בשיר – הבנת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מַלְעִיגִים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בגלוי, מול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מַכְלִימָה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חזקה ונחושה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מביישת, גורמת לבושה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לְעֵין הַכֹּל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לפי מה שהזמנים דורשים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כְּצֹרֶךְ הַתְּקוּפוֹת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שלועגים ומזלזלים במישהו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קריאה צמודה: אוצר מילים ואמצעים אמנותיים בשיר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כשהמילה "תְּחִי" חוזרת בתחילת כמה שורות ברצף, זהו אמצעי אמנותי שנקרא: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פרדוקס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הביטוי "הַתַּקִּיפָה בַּתַּקִּיפוֹת" (החזקה מכולן) הוא דוגמה לאמצעי שנקרא: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צורת הפלגה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כשהדמוקרטיה מתוארת בשיר כמי שמכלימה, תקיפה ומחליפה מנהיגים, כלומר כמו אישה פועלת, זהו אמצעי שנקרא: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פרדוקס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התיאור שלפיו החלפת מנהיגים (שנראית כחולשה) היא דווקא העוצמה הגדולה ביותר של הדמוקרטיה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פרדוקס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קריאה צמודה: אוצר מילים ואמצעים אמנותיים בשיר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הכוונה בביטוי "כְּצֹרֶךְ הַתְּקוּפוֹת".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קבעו אם נכון או לא נכון: החריזה בין "תַּקִּיפוֹת" ל"תְּקוּפוֹת" מחברת בין הרעיון של כוח לבין הרעיון של שינוי בזמן.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קבעו אם נכון או לא נכון: הפרדוקס בבית א מציג את החלפת המנהיגים כחולשה של הדמוקרטיה.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לדעתכם בחר אלתרמן להציג את הדמוקרטיה כאישה פועלת ולא כרעיון מופשט? איך זה משפיע על תחושת הקורא?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אמצעי אמנותי אחד מבית א (אנפורה / האנשה / הפלגה / פרדוקס) והסבירו בעזרת דוגמה איך הוא מחזק את המסר של הבית.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מיון והשוואה: דמוקרטיה מול משטר טוטליטרי – התאמת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האזרחים בוחרים בבחירות חופשיות וחשאיות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דמוקרטיה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אין בחירות אמיתיות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דמוקרטיה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השלטון מתחלף בשלום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משטר טוטליטרי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אותו שליט נשאר בשלטון לתמיד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משטר טוטליטרי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מבקרים את השלטון מושתקים ונרדפים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דמוקרטיה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עיתונות ומידע חופשיים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משטר טוטליטרי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מיון והשוואה: דמוקרטיה מול משטר טוטליטרי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הטבלה באתר, מה קורה לשלטון בדמוקרטיה כשהוא מפסיד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מתחלף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בכוח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נאסר על ידי בית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המדינה מתפרקת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את העיתונות במשטר טוטליטרי,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עיתונות חופשית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תעמולה ומידע מבוקר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עיתונות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עיתונות פרטית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נכון לגבי זכויות במשטר טוטליטרי,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אדם יש זכויות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המיעוט מוגן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האדם משרת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מצב רואים ביטוי ל'חופש הדעה' כפי שמופיע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לבקר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מבקרים נרדפים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לבקר ולהביע דעה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ביקורת נענשת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צ'רצ'יל הפסיד בבחירות 1945 ותפקידו עבר לאטלי בלי אלימות. איזה ערך מהטבלה בא לידי ביטוי באירוע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תעמולה ומידע מבוקר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מתחלף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בחירות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אותו שליט לתמיד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מיון והשוואה: דמוקרטיה מול משטר טוטליטרי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חופש הביקורת (האפשרות לבקר את השלטון) חשוב לדמוקרטיה?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רעיון אחד מתוך השיר (בלי לצטט שורה מדויקת) והסבירו איזה ערך מהטבלה הוא מבטא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המשווה בין מאפיין אחד של דמוקרטיה למאפיין המקביל במשטר טוטליטרי, בעזרת מילת הקישור 'לעומת זאת'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משחקי תרגול: התאמה, סדר רעיונות וחידון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טענו בגאווה למשהו שאין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הִתְיַמְּרוּ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חזקה ונחושה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בִּלְתִּי נִכְבֶּשֶׁת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נחלש ונעלם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גָּוַע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 אפשר להכניע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משחקי תרגול: התאמה, סדר רעיונות וחידון – סדר הרעיונות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חושב בעצמו – ולכן יש תקווה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קריאות הלל לדמוקרטיה, שמביישת את מי שלעגו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המשטרים ששאפו להשתלט על העולם קיבלו שיעור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הבוחרים אמרו את דברם בעוצמה, וההד עוד נשמע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 הדעה – רוח שאי אפשר לכבוש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כוחה של הדמוקרטיה: היא מחליפה מנהיגים בגלוי, לפי צורכי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משחקי תרגול: התאמה, סדר רעיונות וחידון – זיהוי אמצעים וחידון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אמצעי אמנותי משתמש אלתרמן כשהוא פותח שלוש שורות ברצף במילה 'תְּחִי'?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הפתעה 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הביטוי 'הַתַּקִּיפָה בַּתַּקִּיפוֹת' הוא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צורת הפלגה (הגזמה לשם הדגשה)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אנפורה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משחקי תרגול: התאמה, סדר רעיונות וחידון – נכון/לא נכון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הדמוקרטיה מתוארת כחלשה וחסרת יכולת לעמוד במשברים.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משימות יצירה: בית משלי, מכתב וכרזה – הכרת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שם האמצעי האמנותי שבו חוזרת אותה מילה בתחילת כמה שורות רצופות?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האנשה?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דבר מופשט כאילו הוא אדם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צליל בסוף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בין שני דברים 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במילים נרדפות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משימות יצירה: בית משלי, מכתב וכרזה – הכרת התבנית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הראשון של השיר, המילה החוזרת בתחילת השורות היא 'תחי'.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בתבנית הכתיבה של המשימה, אפשר (אך לא חובה) להוסיף גם חריזה לבית.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משימות יצירה: בית משלי, מכתב וכרזה – השלמת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ליצור אנפורה בבית שלי, אני צריך/ה לפתוח כמה שורות באותה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משימות יצירה: בית משלי, מכתב וכרזה – התאמת ערך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פותחת דלתות לשאלות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מטה אוזן לכל 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ממתינה בשקט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נושאת על כתפיה את התוצאה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מחלקת לכולם מקום שווה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שיח מכבד: גלגל השיח וסיכום ערכים – זיהוי ערכי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השלטון מתחלף בבחירות חופשיות וחשאיות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טוטליטרי מותר לבקר את השלטון בחופשיות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של אלתרמן עוסק בשאלה מי צריך לנצח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 הדעה פירושו שמותר להביע דעה גם כשאחרים חולקים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 מכבד פירושו שבסוף השיחה כל הצדדים חייבים להגיע להסכמה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שיח מכבד: גלגל השיח וסיכום ערכים – מיון התנהגויות בשיח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עד הסוף לפני שעונים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 לא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לצעוק כדי להשתיק את הצד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 לא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לשאול שאלה כדי להבין את הטיעון של האחר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לכנות מי שחולק עליי בכינויי גנאי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להודות שיכולה להיות יותר מדעה אחת סבירה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 לא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להתעלם מהטיעון ולהתמקד בתקיפה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שיח מכבד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שיח מכבד: גלגל השיח וסיכום ערכים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מחלוקת לא פוליטית שחוויתם (בכיתה, בבית, עם חברים) ואיך אפשר היה לנהל אותה בשיח מכבד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השיר טוען שהעם 'איננו גולם' וחושב בעצמו. איך זה קשור ליכולת שלנו לנהל שיח מכבד כשיש מחלוקת?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שאלות פתוחות ולא פוליטיות שיכולות לפתוח שיח מכבד בכיתה על נושא שיש בו מחלוקת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מדוע השיר נכתב דווקא בקיץ 1945, ומה היה האירוע שהשראה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לזהות לפחות שני אמצעים אמנותיים בבית הראשון ולהסביר את תפקידם?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למיין שלושה ערכים לפי הטבלה: דמוקרטי-מופיע בשיר, דמוקרטי-לא בשיר, ולא דמוקרטי?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תחי הדמוקרטיה: שיעור שירה לקראת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